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13C7D" w14:textId="0187FDC3" w:rsidR="006A7263" w:rsidRPr="006A7263" w:rsidRDefault="006A7263" w:rsidP="006A7263">
      <w:pPr>
        <w:spacing w:after="0" w:line="240" w:lineRule="auto"/>
        <w:jc w:val="center"/>
        <w:rPr>
          <w:rFonts w:ascii="Kokila" w:hAnsi="Kokila" w:cs="Kokila"/>
          <w:sz w:val="40"/>
          <w:szCs w:val="40"/>
          <w:lang w:val="en-IN"/>
        </w:rPr>
      </w:pPr>
      <w:r w:rsidRPr="006A7263">
        <w:rPr>
          <w:rFonts w:ascii="Kokila" w:hAnsi="Kokila" w:cs="Kokila"/>
          <w:b/>
          <w:bCs/>
          <w:sz w:val="32"/>
          <w:szCs w:val="32"/>
          <w:cs/>
          <w:lang w:bidi="hi-IN"/>
        </w:rPr>
        <w:t>राजस्थान सरकार - शिक्षा विभाग</w:t>
      </w:r>
      <w:r w:rsidRPr="006A7263">
        <w:rPr>
          <w:rFonts w:ascii="Kokila" w:hAnsi="Kokila" w:cs="Kokila"/>
          <w:sz w:val="40"/>
          <w:szCs w:val="40"/>
          <w:lang w:val="en-IN"/>
        </w:rPr>
        <w:br/>
      </w:r>
      <w:r w:rsidRPr="006A7263">
        <w:rPr>
          <w:rFonts w:ascii="Kokila" w:hAnsi="Kokila" w:cs="Kokila"/>
          <w:b/>
          <w:bCs/>
          <w:sz w:val="48"/>
          <w:szCs w:val="48"/>
          <w:cs/>
          <w:lang w:bidi="hi-IN"/>
        </w:rPr>
        <w:t xml:space="preserve">कार्यालय: प्रधानाचार्य राजकीय उच्च माध्यमिक विद्यालय </w:t>
      </w:r>
      <w:r w:rsidRPr="006A7263">
        <w:rPr>
          <w:rFonts w:ascii="Kokila" w:hAnsi="Kokila" w:cs="Kokila"/>
          <w:b/>
          <w:bCs/>
          <w:sz w:val="22"/>
          <w:cs/>
          <w:lang w:bidi="hi-IN"/>
        </w:rPr>
        <w:t>.......................</w:t>
      </w:r>
      <w:r w:rsidRPr="006A7263">
        <w:rPr>
          <w:rFonts w:ascii="Kokila" w:hAnsi="Kokila" w:cs="Kokila"/>
          <w:b/>
          <w:bCs/>
          <w:sz w:val="22"/>
          <w:lang w:val="en-IN"/>
        </w:rPr>
        <w:t>,</w:t>
      </w:r>
      <w:r w:rsidRPr="006A7263">
        <w:rPr>
          <w:rFonts w:ascii="Kokila" w:hAnsi="Kokila" w:cs="Kokila"/>
          <w:b/>
          <w:bCs/>
          <w:sz w:val="48"/>
          <w:szCs w:val="48"/>
          <w:lang w:val="en-IN"/>
        </w:rPr>
        <w:t xml:space="preserve"> </w:t>
      </w:r>
    </w:p>
    <w:p w14:paraId="61BA3963" w14:textId="3CE35C1E" w:rsidR="006A7263" w:rsidRPr="006A7263" w:rsidRDefault="006A7263" w:rsidP="006A7263">
      <w:pPr>
        <w:spacing w:before="240" w:after="0" w:line="240" w:lineRule="auto"/>
        <w:jc w:val="center"/>
        <w:rPr>
          <w:rFonts w:ascii="Kokila" w:hAnsi="Kokila" w:cs="Kokila"/>
          <w:sz w:val="32"/>
          <w:szCs w:val="32"/>
          <w:lang w:val="en-IN"/>
        </w:rPr>
      </w:pPr>
      <w:r w:rsidRPr="006A7263">
        <w:rPr>
          <w:rFonts w:ascii="Kokila" w:hAnsi="Kokila" w:cs="Kokila"/>
          <w:b/>
          <w:bCs/>
          <w:sz w:val="32"/>
          <w:szCs w:val="32"/>
          <w:cs/>
          <w:lang w:bidi="hi-IN"/>
        </w:rPr>
        <w:t>क्रमांक-राउमावि/............/संस्था/</w:t>
      </w:r>
      <w:r w:rsidRPr="006A7263">
        <w:rPr>
          <w:rFonts w:ascii="Kokila" w:hAnsi="Kokila" w:cs="Kokila"/>
          <w:b/>
          <w:bCs/>
          <w:sz w:val="32"/>
          <w:szCs w:val="32"/>
          <w:lang w:val="en-IN"/>
        </w:rPr>
        <w:t>202.../</w:t>
      </w:r>
      <w:r w:rsidRPr="006A7263">
        <w:rPr>
          <w:rFonts w:ascii="Kokila" w:hAnsi="Kokila" w:cs="Kokila"/>
          <w:sz w:val="32"/>
          <w:szCs w:val="32"/>
          <w:lang w:val="en-IN"/>
        </w:rPr>
        <w:t xml:space="preserve"> </w:t>
      </w:r>
      <w:r w:rsidRPr="006A7263">
        <w:rPr>
          <w:rFonts w:ascii="Kokila" w:hAnsi="Kokila" w:cs="Kokila" w:hint="cs"/>
          <w:sz w:val="32"/>
          <w:szCs w:val="32"/>
          <w:cs/>
          <w:lang w:val="en-IN" w:bidi="hi-IN"/>
        </w:rPr>
        <w:t xml:space="preserve">           </w:t>
      </w:r>
      <w:r>
        <w:rPr>
          <w:rFonts w:ascii="Kokila" w:hAnsi="Kokila" w:cs="Kokila" w:hint="cs"/>
          <w:sz w:val="32"/>
          <w:szCs w:val="32"/>
          <w:cs/>
          <w:lang w:val="en-IN" w:bidi="hi-IN"/>
        </w:rPr>
        <w:t xml:space="preserve">            </w:t>
      </w:r>
      <w:r w:rsidRPr="006A7263">
        <w:rPr>
          <w:rFonts w:ascii="Kokila" w:hAnsi="Kokila" w:cs="Kokila" w:hint="cs"/>
          <w:sz w:val="32"/>
          <w:szCs w:val="32"/>
          <w:cs/>
          <w:lang w:val="en-IN" w:bidi="hi-IN"/>
        </w:rPr>
        <w:t xml:space="preserve">                                        </w:t>
      </w:r>
      <w:r w:rsidRPr="006A7263">
        <w:rPr>
          <w:rFonts w:ascii="Kokila" w:hAnsi="Kokila" w:cs="Kokila"/>
          <w:b/>
          <w:bCs/>
          <w:sz w:val="32"/>
          <w:szCs w:val="32"/>
          <w:cs/>
          <w:lang w:bidi="hi-IN"/>
        </w:rPr>
        <w:t>दिनांक-.....-....-..........</w:t>
      </w:r>
    </w:p>
    <w:p w14:paraId="4E54B698" w14:textId="77777777" w:rsidR="006A7263" w:rsidRDefault="006A7263" w:rsidP="006A7263">
      <w:pPr>
        <w:spacing w:after="0" w:line="240" w:lineRule="auto"/>
        <w:rPr>
          <w:rFonts w:ascii="Kokila" w:hAnsi="Kokila" w:cs="Kokila"/>
          <w:b/>
          <w:bCs/>
          <w:sz w:val="36"/>
          <w:szCs w:val="36"/>
          <w:lang w:bidi="hi-IN"/>
        </w:rPr>
      </w:pPr>
    </w:p>
    <w:p w14:paraId="40386ABA" w14:textId="7951B333" w:rsidR="006A7263" w:rsidRPr="006A7263" w:rsidRDefault="006A7263" w:rsidP="006A7263">
      <w:pPr>
        <w:spacing w:after="0" w:line="240" w:lineRule="auto"/>
        <w:rPr>
          <w:rFonts w:ascii="Kokila" w:hAnsi="Kokila" w:cs="Kokila"/>
          <w:sz w:val="36"/>
          <w:szCs w:val="36"/>
          <w:lang w:val="en-IN"/>
        </w:rPr>
      </w:pPr>
      <w:r w:rsidRPr="006A7263">
        <w:rPr>
          <w:rFonts w:ascii="Kokila" w:hAnsi="Kokila" w:cs="Kokila"/>
          <w:b/>
          <w:bCs/>
          <w:sz w:val="36"/>
          <w:szCs w:val="36"/>
          <w:cs/>
          <w:lang w:bidi="hi-IN"/>
        </w:rPr>
        <w:t>सेवा में</w:t>
      </w:r>
      <w:r w:rsidRPr="006A7263">
        <w:rPr>
          <w:rFonts w:ascii="Kokila" w:hAnsi="Kokila" w:cs="Kokila"/>
          <w:b/>
          <w:bCs/>
          <w:sz w:val="36"/>
          <w:szCs w:val="36"/>
          <w:lang w:val="en-IN"/>
        </w:rPr>
        <w:t>,</w:t>
      </w:r>
    </w:p>
    <w:p w14:paraId="4F6328AD" w14:textId="77777777" w:rsidR="006A7263" w:rsidRDefault="006A7263" w:rsidP="006A7263">
      <w:pPr>
        <w:spacing w:after="0" w:line="240" w:lineRule="auto"/>
        <w:ind w:left="1440"/>
        <w:rPr>
          <w:rFonts w:ascii="Kokila" w:hAnsi="Kokila" w:cs="Kokila"/>
          <w:b/>
          <w:bCs/>
          <w:sz w:val="36"/>
          <w:szCs w:val="36"/>
          <w:lang w:bidi="hi-IN"/>
        </w:rPr>
      </w:pPr>
      <w:r w:rsidRPr="006A7263">
        <w:rPr>
          <w:rFonts w:ascii="Kokila" w:hAnsi="Kokila" w:cs="Kokila"/>
          <w:b/>
          <w:bCs/>
          <w:sz w:val="36"/>
          <w:szCs w:val="36"/>
          <w:cs/>
          <w:lang w:bidi="hi-IN"/>
        </w:rPr>
        <w:t>प्रधानाचार्य महोदय</w:t>
      </w:r>
      <w:r w:rsidRPr="006A7263">
        <w:rPr>
          <w:rFonts w:ascii="Kokila" w:hAnsi="Kokila" w:cs="Kokila"/>
          <w:b/>
          <w:bCs/>
          <w:sz w:val="36"/>
          <w:szCs w:val="36"/>
          <w:lang w:val="en-IN"/>
        </w:rPr>
        <w:t>,</w:t>
      </w:r>
      <w:r w:rsidRPr="006A7263">
        <w:rPr>
          <w:rFonts w:ascii="Kokila" w:hAnsi="Kokila" w:cs="Kokila"/>
          <w:sz w:val="36"/>
          <w:szCs w:val="36"/>
          <w:lang w:val="en-IN"/>
        </w:rPr>
        <w:br/>
      </w:r>
      <w:r w:rsidRPr="006A7263">
        <w:rPr>
          <w:rFonts w:ascii="Kokila" w:hAnsi="Kokila" w:cs="Kokila"/>
          <w:b/>
          <w:bCs/>
          <w:sz w:val="36"/>
          <w:szCs w:val="36"/>
          <w:cs/>
          <w:lang w:bidi="hi-IN"/>
        </w:rPr>
        <w:t>जिला शिक्षा एवं प्रशिक्षण संस्थान (</w:t>
      </w:r>
      <w:r w:rsidRPr="006A7263">
        <w:rPr>
          <w:rFonts w:ascii="Kokila" w:hAnsi="Kokila" w:cs="Kokila"/>
          <w:b/>
          <w:bCs/>
          <w:sz w:val="36"/>
          <w:szCs w:val="36"/>
          <w:lang w:val="en-IN"/>
        </w:rPr>
        <w:t>DIET),</w:t>
      </w:r>
      <w:r w:rsidRPr="006A7263">
        <w:rPr>
          <w:rFonts w:ascii="Kokila" w:hAnsi="Kokila" w:cs="Kokila"/>
          <w:sz w:val="36"/>
          <w:szCs w:val="36"/>
          <w:lang w:val="en-IN"/>
        </w:rPr>
        <w:br/>
      </w:r>
      <w:r w:rsidRPr="006A7263">
        <w:rPr>
          <w:rFonts w:ascii="Kokila" w:hAnsi="Kokila" w:cs="Kokila"/>
          <w:b/>
          <w:bCs/>
          <w:sz w:val="36"/>
          <w:szCs w:val="36"/>
          <w:lang w:val="en-IN"/>
        </w:rPr>
        <w:t>.................. (</w:t>
      </w:r>
      <w:r w:rsidRPr="006A7263">
        <w:rPr>
          <w:rFonts w:ascii="Kokila" w:hAnsi="Kokila" w:cs="Kokila"/>
          <w:b/>
          <w:bCs/>
          <w:sz w:val="36"/>
          <w:szCs w:val="36"/>
          <w:cs/>
          <w:lang w:bidi="hi-IN"/>
        </w:rPr>
        <w:t>राजस्थान)</w:t>
      </w:r>
    </w:p>
    <w:p w14:paraId="167F6BD9" w14:textId="77777777" w:rsidR="006A7263" w:rsidRPr="006A7263" w:rsidRDefault="006A7263" w:rsidP="006A7263">
      <w:pPr>
        <w:spacing w:after="0" w:line="240" w:lineRule="auto"/>
        <w:rPr>
          <w:rFonts w:ascii="Kokila" w:hAnsi="Kokila" w:cs="Kokila"/>
          <w:sz w:val="36"/>
          <w:szCs w:val="36"/>
          <w:lang w:val="en-IN"/>
        </w:rPr>
      </w:pPr>
    </w:p>
    <w:p w14:paraId="2A1C5D26" w14:textId="77777777" w:rsidR="006A7263" w:rsidRPr="006A7263" w:rsidRDefault="006A7263" w:rsidP="006A7263">
      <w:pPr>
        <w:spacing w:after="0" w:line="240" w:lineRule="auto"/>
        <w:rPr>
          <w:rFonts w:ascii="Kokila" w:hAnsi="Kokila" w:cs="Kokila"/>
          <w:b/>
          <w:bCs/>
          <w:sz w:val="36"/>
          <w:szCs w:val="36"/>
          <w:lang w:val="en-IN"/>
        </w:rPr>
      </w:pPr>
      <w:r w:rsidRPr="006A7263">
        <w:rPr>
          <w:rFonts w:ascii="Kokila" w:hAnsi="Kokila" w:cs="Kokila"/>
          <w:b/>
          <w:bCs/>
          <w:sz w:val="36"/>
          <w:szCs w:val="36"/>
          <w:cs/>
          <w:lang w:bidi="hi-IN"/>
        </w:rPr>
        <w:t xml:space="preserve">विषय: कक्षा </w:t>
      </w:r>
      <w:r w:rsidRPr="006A7263">
        <w:rPr>
          <w:rFonts w:ascii="Kokila" w:hAnsi="Kokila" w:cs="Kokila"/>
          <w:b/>
          <w:bCs/>
          <w:sz w:val="36"/>
          <w:szCs w:val="36"/>
          <w:lang w:val="en-IN"/>
        </w:rPr>
        <w:t>8</w:t>
      </w:r>
      <w:r w:rsidRPr="006A7263">
        <w:rPr>
          <w:rFonts w:ascii="Kokila" w:hAnsi="Kokila" w:cs="Kokila"/>
          <w:b/>
          <w:bCs/>
          <w:sz w:val="36"/>
          <w:szCs w:val="36"/>
          <w:cs/>
          <w:lang w:bidi="hi-IN"/>
        </w:rPr>
        <w:t>वीं की अंकतालिका में विद्यार्थी के हिंदी एवं अंग्रेज़ी नाम में संशोधन करवाने बाबत।</w:t>
      </w:r>
    </w:p>
    <w:p w14:paraId="7628E148" w14:textId="77777777" w:rsidR="006E7371" w:rsidRDefault="006E7371" w:rsidP="006E7371">
      <w:pPr>
        <w:spacing w:after="0" w:line="240" w:lineRule="auto"/>
        <w:rPr>
          <w:rFonts w:ascii="Kokila" w:hAnsi="Kokila" w:cs="Kokila"/>
          <w:b/>
          <w:bCs/>
          <w:sz w:val="36"/>
          <w:szCs w:val="36"/>
          <w:lang w:bidi="hi-IN"/>
        </w:rPr>
      </w:pPr>
    </w:p>
    <w:p w14:paraId="1DF34039" w14:textId="21D4A774" w:rsidR="006E7371" w:rsidRPr="006E7371" w:rsidRDefault="006A7263" w:rsidP="006E7371">
      <w:pPr>
        <w:spacing w:after="0" w:line="240" w:lineRule="auto"/>
        <w:rPr>
          <w:rFonts w:ascii="Kokila" w:hAnsi="Kokila" w:cs="Kokila"/>
          <w:sz w:val="36"/>
          <w:szCs w:val="36"/>
          <w:lang w:val="en-IN" w:bidi="hi-IN"/>
        </w:rPr>
      </w:pPr>
      <w:r w:rsidRPr="006A7263">
        <w:rPr>
          <w:rFonts w:ascii="Kokila" w:hAnsi="Kokila" w:cs="Kokila"/>
          <w:b/>
          <w:bCs/>
          <w:sz w:val="36"/>
          <w:szCs w:val="36"/>
          <w:cs/>
          <w:lang w:bidi="hi-IN"/>
        </w:rPr>
        <w:t>महोदय</w:t>
      </w:r>
      <w:r w:rsidRPr="006A7263">
        <w:rPr>
          <w:rFonts w:ascii="Kokila" w:hAnsi="Kokila" w:cs="Kokila"/>
          <w:b/>
          <w:bCs/>
          <w:sz w:val="36"/>
          <w:szCs w:val="36"/>
          <w:lang w:val="en-IN"/>
        </w:rPr>
        <w:t>,</w:t>
      </w:r>
    </w:p>
    <w:p w14:paraId="4DD6C768" w14:textId="77777777" w:rsidR="006E7371" w:rsidRDefault="006E7371" w:rsidP="006E7371">
      <w:pPr>
        <w:spacing w:after="0" w:line="240" w:lineRule="auto"/>
        <w:rPr>
          <w:rFonts w:ascii="Kokila" w:hAnsi="Kokila" w:cs="Kokila"/>
          <w:sz w:val="36"/>
          <w:szCs w:val="36"/>
          <w:lang w:bidi="hi-IN"/>
        </w:rPr>
      </w:pPr>
    </w:p>
    <w:p w14:paraId="17F37CB0" w14:textId="733FD8A3" w:rsidR="006E7371" w:rsidRPr="006E7371" w:rsidRDefault="006E7371" w:rsidP="006E7371">
      <w:pPr>
        <w:spacing w:after="0" w:line="240" w:lineRule="auto"/>
        <w:rPr>
          <w:rFonts w:ascii="Kokila" w:hAnsi="Kokila" w:cs="Kokila"/>
          <w:sz w:val="36"/>
          <w:szCs w:val="36"/>
          <w:lang w:val="en-IN" w:bidi="hi-IN"/>
        </w:rPr>
      </w:pPr>
      <w:r>
        <w:rPr>
          <w:rFonts w:ascii="Kokila" w:hAnsi="Kokila" w:cs="Kokila" w:hint="cs"/>
          <w:sz w:val="36"/>
          <w:szCs w:val="36"/>
          <w:cs/>
          <w:lang w:val="en-IN" w:bidi="hi-IN"/>
        </w:rPr>
        <w:t xml:space="preserve">                 </w:t>
      </w:r>
      <w:r w:rsidRPr="006E7371">
        <w:rPr>
          <w:rFonts w:ascii="Kokila" w:hAnsi="Kokila" w:cs="Kokila"/>
          <w:sz w:val="36"/>
          <w:szCs w:val="36"/>
          <w:cs/>
          <w:lang w:bidi="hi-IN"/>
        </w:rPr>
        <w:t>सविनय निवेदन है कि हमारे विद्यालय के विद्यार्थी</w:t>
      </w:r>
      <w:r w:rsidRPr="006E7371">
        <w:rPr>
          <w:rFonts w:ascii="Kokila" w:hAnsi="Kokila" w:cs="Kokila"/>
          <w:sz w:val="36"/>
          <w:szCs w:val="36"/>
          <w:lang w:val="en-IN" w:bidi="hi-IN"/>
        </w:rPr>
        <w:t xml:space="preserve"> </w:t>
      </w:r>
      <w:r w:rsidRPr="006E7371">
        <w:rPr>
          <w:rFonts w:ascii="Kokila" w:hAnsi="Kokila" w:cs="Kokila"/>
          <w:b/>
          <w:bCs/>
          <w:sz w:val="36"/>
          <w:szCs w:val="36"/>
          <w:lang w:val="en-IN" w:bidi="hi-IN"/>
        </w:rPr>
        <w:t>..........................</w:t>
      </w:r>
      <w:r w:rsidRPr="006E7371">
        <w:rPr>
          <w:rFonts w:ascii="Kokila" w:hAnsi="Kokila" w:cs="Kokila"/>
          <w:sz w:val="36"/>
          <w:szCs w:val="36"/>
          <w:lang w:val="en-IN" w:bidi="hi-IN"/>
        </w:rPr>
        <w:t xml:space="preserve"> </w:t>
      </w:r>
      <w:r w:rsidRPr="006E7371">
        <w:rPr>
          <w:rFonts w:ascii="Kokila" w:hAnsi="Kokila" w:cs="Kokila"/>
          <w:sz w:val="36"/>
          <w:szCs w:val="36"/>
          <w:cs/>
          <w:lang w:bidi="hi-IN"/>
        </w:rPr>
        <w:t xml:space="preserve">की कक्षा </w:t>
      </w:r>
      <w:r w:rsidRPr="006E7371">
        <w:rPr>
          <w:rFonts w:ascii="Kokila" w:hAnsi="Kokila" w:cs="Kokila"/>
          <w:sz w:val="36"/>
          <w:szCs w:val="36"/>
          <w:lang w:val="en-IN" w:bidi="hi-IN"/>
        </w:rPr>
        <w:t>8</w:t>
      </w:r>
      <w:r w:rsidRPr="006E7371">
        <w:rPr>
          <w:rFonts w:ascii="Kokila" w:hAnsi="Kokila" w:cs="Kokila"/>
          <w:sz w:val="36"/>
          <w:szCs w:val="36"/>
          <w:cs/>
          <w:lang w:bidi="hi-IN"/>
        </w:rPr>
        <w:t>वीं की अंकतालिका में लिंग (</w:t>
      </w:r>
      <w:r w:rsidRPr="006E7371">
        <w:rPr>
          <w:rFonts w:ascii="Kokila" w:hAnsi="Kokila" w:cs="Kokila"/>
          <w:sz w:val="36"/>
          <w:szCs w:val="36"/>
          <w:lang w:val="en-IN" w:bidi="hi-IN"/>
        </w:rPr>
        <w:t xml:space="preserve">Gender) </w:t>
      </w:r>
      <w:r w:rsidRPr="006E7371">
        <w:rPr>
          <w:rFonts w:ascii="Kokila" w:hAnsi="Kokila" w:cs="Kokila"/>
          <w:sz w:val="36"/>
          <w:szCs w:val="36"/>
          <w:cs/>
          <w:lang w:bidi="hi-IN"/>
        </w:rPr>
        <w:t>त्रुटिवश</w:t>
      </w:r>
      <w:r w:rsidRPr="006E7371">
        <w:rPr>
          <w:rFonts w:ascii="Kokila" w:hAnsi="Kokila" w:cs="Kokila"/>
          <w:sz w:val="36"/>
          <w:szCs w:val="36"/>
          <w:lang w:val="en-IN" w:bidi="hi-IN"/>
        </w:rPr>
        <w:t xml:space="preserve"> </w:t>
      </w:r>
      <w:r w:rsidRPr="006E7371">
        <w:rPr>
          <w:rFonts w:ascii="Kokila" w:hAnsi="Kokila" w:cs="Kokila"/>
          <w:b/>
          <w:bCs/>
          <w:sz w:val="36"/>
          <w:szCs w:val="36"/>
          <w:lang w:val="en-IN" w:bidi="hi-IN"/>
        </w:rPr>
        <w:t>..................</w:t>
      </w:r>
      <w:r w:rsidRPr="006E7371">
        <w:rPr>
          <w:rFonts w:ascii="Kokila" w:hAnsi="Kokila" w:cs="Kokila"/>
          <w:sz w:val="36"/>
          <w:szCs w:val="36"/>
          <w:lang w:val="en-IN" w:bidi="hi-IN"/>
        </w:rPr>
        <w:t xml:space="preserve"> </w:t>
      </w:r>
      <w:r w:rsidRPr="006E7371">
        <w:rPr>
          <w:rFonts w:ascii="Kokila" w:hAnsi="Kokila" w:cs="Kokila"/>
          <w:sz w:val="36"/>
          <w:szCs w:val="36"/>
          <w:cs/>
          <w:lang w:bidi="hi-IN"/>
        </w:rPr>
        <w:t>अंकित हो गया है</w:t>
      </w:r>
      <w:r w:rsidRPr="006E7371">
        <w:rPr>
          <w:rFonts w:ascii="Kokila" w:hAnsi="Kokila" w:cs="Kokila"/>
          <w:sz w:val="36"/>
          <w:szCs w:val="36"/>
          <w:lang w:val="en-IN" w:bidi="hi-IN"/>
        </w:rPr>
        <w:t xml:space="preserve">, </w:t>
      </w:r>
      <w:r w:rsidRPr="006E7371">
        <w:rPr>
          <w:rFonts w:ascii="Kokila" w:hAnsi="Kokila" w:cs="Kokila"/>
          <w:sz w:val="36"/>
          <w:szCs w:val="36"/>
          <w:cs/>
          <w:lang w:bidi="hi-IN"/>
        </w:rPr>
        <w:t>जबकि सही लिंग</w:t>
      </w:r>
      <w:r w:rsidRPr="006E7371">
        <w:rPr>
          <w:rFonts w:ascii="Kokila" w:hAnsi="Kokila" w:cs="Kokila"/>
          <w:sz w:val="36"/>
          <w:szCs w:val="36"/>
          <w:lang w:val="en-IN" w:bidi="hi-IN"/>
        </w:rPr>
        <w:t xml:space="preserve"> </w:t>
      </w:r>
      <w:r w:rsidRPr="006E7371">
        <w:rPr>
          <w:rFonts w:ascii="Kokila" w:hAnsi="Kokila" w:cs="Kokila"/>
          <w:b/>
          <w:bCs/>
          <w:sz w:val="36"/>
          <w:szCs w:val="36"/>
          <w:lang w:val="en-IN" w:bidi="hi-IN"/>
        </w:rPr>
        <w:t>..................</w:t>
      </w:r>
      <w:r w:rsidRPr="006E7371">
        <w:rPr>
          <w:rFonts w:ascii="Kokila" w:hAnsi="Kokila" w:cs="Kokila"/>
          <w:sz w:val="36"/>
          <w:szCs w:val="36"/>
          <w:lang w:val="en-IN" w:bidi="hi-IN"/>
        </w:rPr>
        <w:t xml:space="preserve"> </w:t>
      </w:r>
      <w:r w:rsidRPr="006E7371">
        <w:rPr>
          <w:rFonts w:ascii="Kokila" w:hAnsi="Kokila" w:cs="Kokila"/>
          <w:sz w:val="36"/>
          <w:szCs w:val="36"/>
          <w:cs/>
          <w:lang w:bidi="hi-IN"/>
        </w:rPr>
        <w:t>है।</w:t>
      </w:r>
    </w:p>
    <w:p w14:paraId="73032554" w14:textId="77777777" w:rsidR="006E7371" w:rsidRPr="006E7371" w:rsidRDefault="006E7371" w:rsidP="006E7371">
      <w:pPr>
        <w:spacing w:after="0" w:line="240" w:lineRule="auto"/>
        <w:rPr>
          <w:rFonts w:ascii="Kokila" w:hAnsi="Kokila" w:cs="Kokila"/>
          <w:sz w:val="36"/>
          <w:szCs w:val="36"/>
          <w:lang w:val="en-IN" w:bidi="hi-IN"/>
        </w:rPr>
      </w:pPr>
      <w:r w:rsidRPr="006E7371">
        <w:rPr>
          <w:rFonts w:ascii="Kokila" w:hAnsi="Kokila" w:cs="Kokila"/>
          <w:sz w:val="36"/>
          <w:szCs w:val="36"/>
          <w:cs/>
          <w:lang w:bidi="hi-IN"/>
        </w:rPr>
        <w:t>विद्यालय के मूल अभिलेखों एवं शाला दर्पण में सही विवरण अंकित है।</w:t>
      </w:r>
    </w:p>
    <w:p w14:paraId="271CA046" w14:textId="7302B7AF" w:rsidR="006E7371" w:rsidRPr="006E7371" w:rsidRDefault="006E7371" w:rsidP="006E7371">
      <w:pPr>
        <w:spacing w:after="0" w:line="240" w:lineRule="auto"/>
        <w:rPr>
          <w:rFonts w:ascii="Kokila" w:hAnsi="Kokila" w:cs="Kokila"/>
          <w:sz w:val="36"/>
          <w:szCs w:val="36"/>
          <w:lang w:val="en-IN" w:bidi="hi-IN"/>
        </w:rPr>
      </w:pPr>
      <w:r>
        <w:rPr>
          <w:rFonts w:ascii="Kokila" w:hAnsi="Kokila" w:cs="Kokila" w:hint="cs"/>
          <w:sz w:val="36"/>
          <w:szCs w:val="36"/>
          <w:cs/>
          <w:lang w:bidi="hi-IN"/>
        </w:rPr>
        <w:t xml:space="preserve">                             </w:t>
      </w:r>
      <w:r w:rsidRPr="006E7371">
        <w:rPr>
          <w:rFonts w:ascii="Kokila" w:hAnsi="Kokila" w:cs="Kokila"/>
          <w:sz w:val="36"/>
          <w:szCs w:val="36"/>
          <w:cs/>
          <w:lang w:bidi="hi-IN"/>
        </w:rPr>
        <w:t>अतः श्रीमान से अनुरोध है कि संलग्न दस्तावेजों के आधार पर अंकतालिका में लिंग संबंधी त्रुटि का संशोधन करने की कृपा करें।</w:t>
      </w:r>
    </w:p>
    <w:p w14:paraId="201D5F10" w14:textId="77777777" w:rsidR="006E7371" w:rsidRDefault="006E7371" w:rsidP="006A7263">
      <w:pPr>
        <w:spacing w:after="0" w:line="240" w:lineRule="auto"/>
        <w:rPr>
          <w:rFonts w:ascii="Kokila" w:hAnsi="Kokila" w:cs="Kokila"/>
          <w:b/>
          <w:bCs/>
          <w:sz w:val="36"/>
          <w:szCs w:val="36"/>
          <w:lang w:bidi="hi-IN"/>
        </w:rPr>
      </w:pPr>
    </w:p>
    <w:p w14:paraId="349A953F" w14:textId="4A4DA770" w:rsidR="006A7263" w:rsidRPr="006A7263" w:rsidRDefault="006A7263" w:rsidP="006A7263">
      <w:pPr>
        <w:spacing w:after="0" w:line="240" w:lineRule="auto"/>
        <w:rPr>
          <w:rFonts w:ascii="Kokila" w:hAnsi="Kokila" w:cs="Kokila"/>
          <w:sz w:val="36"/>
          <w:szCs w:val="36"/>
          <w:lang w:val="en-IN"/>
        </w:rPr>
      </w:pPr>
      <w:r w:rsidRPr="006A7263">
        <w:rPr>
          <w:rFonts w:ascii="Kokila" w:hAnsi="Kokila" w:cs="Kokila"/>
          <w:b/>
          <w:bCs/>
          <w:sz w:val="36"/>
          <w:szCs w:val="36"/>
          <w:cs/>
          <w:lang w:bidi="hi-IN"/>
        </w:rPr>
        <w:t>संलग्नक:-</w:t>
      </w:r>
    </w:p>
    <w:p w14:paraId="295C5001" w14:textId="77777777" w:rsidR="006A7263" w:rsidRPr="006A7263" w:rsidRDefault="006A7263" w:rsidP="006A7263">
      <w:pPr>
        <w:numPr>
          <w:ilvl w:val="0"/>
          <w:numId w:val="12"/>
        </w:numPr>
        <w:spacing w:after="0" w:line="240" w:lineRule="auto"/>
        <w:rPr>
          <w:rFonts w:ascii="Kokila" w:hAnsi="Kokila" w:cs="Kokila"/>
          <w:sz w:val="36"/>
          <w:szCs w:val="36"/>
          <w:lang w:val="en-IN"/>
        </w:rPr>
      </w:pPr>
      <w:r w:rsidRPr="006A7263">
        <w:rPr>
          <w:rFonts w:ascii="Kokila" w:hAnsi="Kokila" w:cs="Kokila"/>
          <w:sz w:val="36"/>
          <w:szCs w:val="36"/>
          <w:cs/>
          <w:lang w:bidi="hi-IN"/>
        </w:rPr>
        <w:t>अध्ययन प्रमाण पत्र (सही नाम सहित)</w:t>
      </w:r>
    </w:p>
    <w:p w14:paraId="55760017" w14:textId="77777777" w:rsidR="006A7263" w:rsidRPr="006A7263" w:rsidRDefault="006A7263" w:rsidP="006A7263">
      <w:pPr>
        <w:numPr>
          <w:ilvl w:val="0"/>
          <w:numId w:val="12"/>
        </w:numPr>
        <w:spacing w:after="0" w:line="240" w:lineRule="auto"/>
        <w:rPr>
          <w:rFonts w:ascii="Kokila" w:hAnsi="Kokila" w:cs="Kokila"/>
          <w:sz w:val="36"/>
          <w:szCs w:val="36"/>
          <w:lang w:val="en-IN"/>
        </w:rPr>
      </w:pPr>
      <w:r w:rsidRPr="006A7263">
        <w:rPr>
          <w:rFonts w:ascii="Kokila" w:hAnsi="Kokila" w:cs="Kokila"/>
          <w:sz w:val="36"/>
          <w:szCs w:val="36"/>
          <w:cs/>
          <w:lang w:bidi="hi-IN"/>
        </w:rPr>
        <w:t>एस.आर. रजिस्टर की सत्यापित प्रति</w:t>
      </w:r>
    </w:p>
    <w:p w14:paraId="2AEE685E" w14:textId="77777777" w:rsidR="006A7263" w:rsidRPr="006A7263" w:rsidRDefault="006A7263" w:rsidP="006A7263">
      <w:pPr>
        <w:numPr>
          <w:ilvl w:val="0"/>
          <w:numId w:val="12"/>
        </w:numPr>
        <w:spacing w:after="0" w:line="240" w:lineRule="auto"/>
        <w:rPr>
          <w:rFonts w:ascii="Kokila" w:hAnsi="Kokila" w:cs="Kokila"/>
          <w:sz w:val="36"/>
          <w:szCs w:val="36"/>
          <w:lang w:val="en-IN"/>
        </w:rPr>
      </w:pPr>
      <w:r w:rsidRPr="006A7263">
        <w:rPr>
          <w:rFonts w:ascii="Kokila" w:hAnsi="Kokila" w:cs="Kokila"/>
          <w:sz w:val="36"/>
          <w:szCs w:val="36"/>
          <w:cs/>
          <w:lang w:bidi="hi-IN"/>
        </w:rPr>
        <w:t>शाला दर्पण प्रपत्र-</w:t>
      </w:r>
      <w:r w:rsidRPr="006A7263">
        <w:rPr>
          <w:rFonts w:ascii="Kokila" w:hAnsi="Kokila" w:cs="Kokila"/>
          <w:sz w:val="36"/>
          <w:szCs w:val="36"/>
          <w:lang w:val="en-IN"/>
        </w:rPr>
        <w:t xml:space="preserve">5 / </w:t>
      </w:r>
      <w:r w:rsidRPr="006A7263">
        <w:rPr>
          <w:rFonts w:ascii="Kokila" w:hAnsi="Kokila" w:cs="Kokila"/>
          <w:sz w:val="36"/>
          <w:szCs w:val="36"/>
          <w:cs/>
          <w:lang w:bidi="hi-IN"/>
        </w:rPr>
        <w:t>प्रपत्र-</w:t>
      </w:r>
      <w:r w:rsidRPr="006A7263">
        <w:rPr>
          <w:rFonts w:ascii="Kokila" w:hAnsi="Kokila" w:cs="Kokila"/>
          <w:sz w:val="36"/>
          <w:szCs w:val="36"/>
          <w:lang w:val="en-IN"/>
        </w:rPr>
        <w:t xml:space="preserve">9 </w:t>
      </w:r>
      <w:r w:rsidRPr="006A7263">
        <w:rPr>
          <w:rFonts w:ascii="Kokila" w:hAnsi="Kokila" w:cs="Kokila"/>
          <w:sz w:val="36"/>
          <w:szCs w:val="36"/>
          <w:cs/>
          <w:lang w:bidi="hi-IN"/>
        </w:rPr>
        <w:t>की सत्यापित प्रति</w:t>
      </w:r>
    </w:p>
    <w:p w14:paraId="1726BB36" w14:textId="77777777" w:rsidR="006A7263" w:rsidRPr="006A7263" w:rsidRDefault="006A7263" w:rsidP="006A7263">
      <w:pPr>
        <w:numPr>
          <w:ilvl w:val="0"/>
          <w:numId w:val="12"/>
        </w:numPr>
        <w:spacing w:after="0" w:line="240" w:lineRule="auto"/>
        <w:rPr>
          <w:rFonts w:ascii="Kokila" w:hAnsi="Kokila" w:cs="Kokila"/>
          <w:sz w:val="36"/>
          <w:szCs w:val="36"/>
          <w:lang w:val="en-IN"/>
        </w:rPr>
      </w:pPr>
      <w:r w:rsidRPr="006A7263">
        <w:rPr>
          <w:rFonts w:ascii="Kokila" w:hAnsi="Kokila" w:cs="Kokila"/>
          <w:sz w:val="36"/>
          <w:szCs w:val="36"/>
          <w:cs/>
          <w:lang w:bidi="hi-IN"/>
        </w:rPr>
        <w:t>आधार कार्ड की प्रति</w:t>
      </w:r>
    </w:p>
    <w:p w14:paraId="43E8D105" w14:textId="77777777" w:rsidR="006A7263" w:rsidRPr="006A7263" w:rsidRDefault="006A7263" w:rsidP="006A7263">
      <w:pPr>
        <w:numPr>
          <w:ilvl w:val="0"/>
          <w:numId w:val="12"/>
        </w:numPr>
        <w:spacing w:after="0" w:line="240" w:lineRule="auto"/>
        <w:rPr>
          <w:rFonts w:ascii="Kokila" w:hAnsi="Kokila" w:cs="Kokila"/>
          <w:sz w:val="36"/>
          <w:szCs w:val="36"/>
          <w:lang w:val="en-IN"/>
        </w:rPr>
      </w:pPr>
      <w:r w:rsidRPr="006A7263">
        <w:rPr>
          <w:rFonts w:ascii="Kokila" w:hAnsi="Kokila" w:cs="Kokila"/>
          <w:sz w:val="36"/>
          <w:szCs w:val="36"/>
          <w:cs/>
          <w:lang w:bidi="hi-IN"/>
        </w:rPr>
        <w:t>विद्यार्थी का पहचान/अध्ययन प्रमाण</w:t>
      </w:r>
    </w:p>
    <w:p w14:paraId="55A794D1" w14:textId="77777777" w:rsidR="006A7263" w:rsidRPr="006A7263" w:rsidRDefault="006A7263" w:rsidP="006A7263">
      <w:pPr>
        <w:numPr>
          <w:ilvl w:val="0"/>
          <w:numId w:val="12"/>
        </w:numPr>
        <w:spacing w:after="0" w:line="240" w:lineRule="auto"/>
        <w:rPr>
          <w:rFonts w:ascii="Kokila" w:hAnsi="Kokila" w:cs="Kokila"/>
          <w:sz w:val="36"/>
          <w:szCs w:val="36"/>
          <w:lang w:val="en-IN"/>
        </w:rPr>
      </w:pPr>
      <w:r w:rsidRPr="006A7263">
        <w:rPr>
          <w:rFonts w:ascii="Kokila" w:hAnsi="Kokila" w:cs="Kokila"/>
          <w:sz w:val="36"/>
          <w:szCs w:val="36"/>
          <w:cs/>
          <w:lang w:bidi="hi-IN"/>
        </w:rPr>
        <w:t>मूल अंकतालिका</w:t>
      </w:r>
    </w:p>
    <w:p w14:paraId="1904F443" w14:textId="77777777" w:rsidR="006A7263" w:rsidRPr="006A7263" w:rsidRDefault="006A7263" w:rsidP="006A7263">
      <w:pPr>
        <w:spacing w:after="0" w:line="240" w:lineRule="auto"/>
        <w:rPr>
          <w:rFonts w:ascii="Kokila" w:hAnsi="Kokila" w:cs="Kokila"/>
          <w:sz w:val="36"/>
          <w:szCs w:val="36"/>
          <w:lang w:val="en-IN"/>
        </w:rPr>
      </w:pPr>
      <w:r w:rsidRPr="006A7263">
        <w:rPr>
          <w:rFonts w:ascii="Kokila" w:hAnsi="Kokila" w:cs="Kokila"/>
          <w:b/>
          <w:bCs/>
          <w:sz w:val="36"/>
          <w:szCs w:val="36"/>
          <w:cs/>
          <w:lang w:bidi="hi-IN"/>
        </w:rPr>
        <w:t>दिनांक:</w:t>
      </w:r>
      <w:r w:rsidRPr="006A7263">
        <w:rPr>
          <w:rFonts w:ascii="Kokila" w:hAnsi="Kokila" w:cs="Kokila"/>
          <w:sz w:val="36"/>
          <w:szCs w:val="36"/>
          <w:lang w:val="en-IN"/>
        </w:rPr>
        <w:t xml:space="preserve"> .....-....-..........</w:t>
      </w:r>
    </w:p>
    <w:p w14:paraId="6E1B7C1D" w14:textId="77777777" w:rsidR="006A7263" w:rsidRPr="006A7263" w:rsidRDefault="006A7263" w:rsidP="006A7263">
      <w:pPr>
        <w:spacing w:after="0" w:line="240" w:lineRule="auto"/>
        <w:rPr>
          <w:rFonts w:ascii="Kokila" w:hAnsi="Kokila" w:cs="Kokila"/>
          <w:sz w:val="36"/>
          <w:szCs w:val="36"/>
          <w:lang w:val="en-IN"/>
        </w:rPr>
      </w:pPr>
      <w:r w:rsidRPr="006A7263">
        <w:rPr>
          <w:rFonts w:ascii="Kokila" w:hAnsi="Kokila" w:cs="Kokila"/>
          <w:b/>
          <w:bCs/>
          <w:sz w:val="36"/>
          <w:szCs w:val="36"/>
          <w:cs/>
          <w:lang w:bidi="hi-IN"/>
        </w:rPr>
        <w:t>स्थान:</w:t>
      </w:r>
      <w:r w:rsidRPr="006A7263">
        <w:rPr>
          <w:rFonts w:ascii="Kokila" w:hAnsi="Kokila" w:cs="Kokila"/>
          <w:sz w:val="36"/>
          <w:szCs w:val="36"/>
          <w:lang w:val="en-IN"/>
        </w:rPr>
        <w:t xml:space="preserve"> .....................</w:t>
      </w:r>
    </w:p>
    <w:p w14:paraId="2F755335" w14:textId="412A20BA" w:rsidR="006A7263" w:rsidRPr="006A7263" w:rsidRDefault="006A7263" w:rsidP="006A7263">
      <w:pPr>
        <w:spacing w:after="0" w:line="240" w:lineRule="auto"/>
        <w:ind w:left="3600"/>
        <w:rPr>
          <w:rFonts w:ascii="Kokila" w:hAnsi="Kokila" w:cs="Kokila"/>
          <w:sz w:val="36"/>
          <w:szCs w:val="36"/>
          <w:lang w:val="en-IN"/>
        </w:rPr>
      </w:pPr>
      <w:r>
        <w:rPr>
          <w:rFonts w:ascii="Kokila" w:hAnsi="Kokila" w:cs="Kokila" w:hint="cs"/>
          <w:b/>
          <w:bCs/>
          <w:sz w:val="36"/>
          <w:szCs w:val="36"/>
          <w:cs/>
          <w:lang w:bidi="hi-IN"/>
        </w:rPr>
        <w:t xml:space="preserve">                                         </w:t>
      </w:r>
      <w:r w:rsidRPr="006A7263">
        <w:rPr>
          <w:rFonts w:ascii="Kokila" w:hAnsi="Kokila" w:cs="Kokila"/>
          <w:b/>
          <w:bCs/>
          <w:sz w:val="36"/>
          <w:szCs w:val="36"/>
          <w:cs/>
          <w:lang w:bidi="hi-IN"/>
        </w:rPr>
        <w:t>प्रधानाचार्य</w:t>
      </w:r>
      <w:r w:rsidRPr="006A7263">
        <w:rPr>
          <w:rFonts w:ascii="Kokila" w:hAnsi="Kokila" w:cs="Kokila"/>
          <w:sz w:val="36"/>
          <w:szCs w:val="36"/>
          <w:lang w:val="en-IN"/>
        </w:rPr>
        <w:br/>
      </w:r>
      <w:r>
        <w:rPr>
          <w:rFonts w:ascii="Kokila" w:hAnsi="Kokila" w:cs="Kokila" w:hint="cs"/>
          <w:b/>
          <w:bCs/>
          <w:sz w:val="36"/>
          <w:szCs w:val="36"/>
          <w:cs/>
          <w:lang w:bidi="hi-IN"/>
        </w:rPr>
        <w:t xml:space="preserve">                    </w:t>
      </w:r>
      <w:r w:rsidRPr="006A7263">
        <w:rPr>
          <w:rFonts w:ascii="Kokila" w:hAnsi="Kokila" w:cs="Kokila"/>
          <w:b/>
          <w:bCs/>
          <w:sz w:val="36"/>
          <w:szCs w:val="36"/>
          <w:cs/>
          <w:lang w:bidi="hi-IN"/>
        </w:rPr>
        <w:t>राजकीय उच्च माध्यमिक विद्यालय</w:t>
      </w:r>
      <w:r w:rsidRPr="006A7263">
        <w:rPr>
          <w:rFonts w:ascii="Kokila" w:hAnsi="Kokila" w:cs="Kokila"/>
          <w:b/>
          <w:bCs/>
          <w:sz w:val="36"/>
          <w:szCs w:val="36"/>
          <w:lang w:val="en-IN"/>
        </w:rPr>
        <w:t xml:space="preserve">, </w:t>
      </w:r>
      <w:r w:rsidRPr="006A7263">
        <w:rPr>
          <w:rFonts w:ascii="Kokila" w:hAnsi="Kokila" w:cs="Kokila"/>
          <w:b/>
          <w:bCs/>
          <w:szCs w:val="24"/>
          <w:lang w:val="en-IN"/>
        </w:rPr>
        <w:t>........</w:t>
      </w:r>
      <w:r>
        <w:rPr>
          <w:rFonts w:ascii="Kokila" w:hAnsi="Kokila" w:cs="Kokila" w:hint="cs"/>
          <w:b/>
          <w:bCs/>
          <w:szCs w:val="24"/>
          <w:cs/>
          <w:lang w:val="en-IN" w:bidi="hi-IN"/>
        </w:rPr>
        <w:t>.....</w:t>
      </w:r>
      <w:r w:rsidRPr="006A7263">
        <w:rPr>
          <w:rFonts w:ascii="Kokila" w:hAnsi="Kokila" w:cs="Kokila"/>
          <w:b/>
          <w:bCs/>
          <w:szCs w:val="24"/>
          <w:lang w:val="en-IN"/>
        </w:rPr>
        <w:t>..</w:t>
      </w:r>
      <w:r>
        <w:rPr>
          <w:rFonts w:ascii="Kokila" w:hAnsi="Kokila" w:cs="Kokila" w:hint="cs"/>
          <w:b/>
          <w:bCs/>
          <w:szCs w:val="24"/>
          <w:cs/>
          <w:lang w:val="en-IN" w:bidi="hi-IN"/>
        </w:rPr>
        <w:t>.....</w:t>
      </w:r>
      <w:r w:rsidRPr="006A7263">
        <w:rPr>
          <w:rFonts w:ascii="Kokila" w:hAnsi="Kokila" w:cs="Kokila"/>
          <w:b/>
          <w:bCs/>
          <w:szCs w:val="24"/>
          <w:lang w:val="en-IN"/>
        </w:rPr>
        <w:t>.......</w:t>
      </w:r>
      <w:r w:rsidRPr="006A7263">
        <w:rPr>
          <w:rFonts w:ascii="Kokila" w:hAnsi="Kokila" w:cs="Kokila"/>
          <w:b/>
          <w:bCs/>
          <w:sz w:val="36"/>
          <w:szCs w:val="36"/>
          <w:lang w:val="en-IN"/>
        </w:rPr>
        <w:t>.</w:t>
      </w:r>
    </w:p>
    <w:p w14:paraId="4B2C0D0D" w14:textId="6E5AB1E6" w:rsidR="00DD062B" w:rsidRPr="006A7263" w:rsidRDefault="006A7263" w:rsidP="006A7263">
      <w:pPr>
        <w:spacing w:after="0" w:line="240" w:lineRule="auto"/>
        <w:rPr>
          <w:rFonts w:hint="cs"/>
          <w:lang w:val="en-IN" w:bidi="hi-IN"/>
        </w:rPr>
      </w:pPr>
      <w:r>
        <w:rPr>
          <w:rFonts w:hint="cs"/>
          <w:cs/>
          <w:lang w:val="en-IN" w:bidi="hi-IN"/>
        </w:rPr>
        <w:t xml:space="preserve">  </w:t>
      </w:r>
    </w:p>
    <w:sectPr w:rsidR="00DD062B" w:rsidRPr="006A7263" w:rsidSect="007635E1">
      <w:pgSz w:w="12240" w:h="15840"/>
      <w:pgMar w:top="567" w:right="758" w:bottom="142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DFD72DD"/>
    <w:multiLevelType w:val="hybridMultilevel"/>
    <w:tmpl w:val="ADCAB73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DC5AD1"/>
    <w:multiLevelType w:val="multilevel"/>
    <w:tmpl w:val="B10A4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1DF3F0D"/>
    <w:multiLevelType w:val="hybridMultilevel"/>
    <w:tmpl w:val="1E7E3BE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0C7D7C"/>
    <w:multiLevelType w:val="multilevel"/>
    <w:tmpl w:val="84AAF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59985069">
    <w:abstractNumId w:val="8"/>
  </w:num>
  <w:num w:numId="2" w16cid:durableId="1937711733">
    <w:abstractNumId w:val="6"/>
  </w:num>
  <w:num w:numId="3" w16cid:durableId="296450919">
    <w:abstractNumId w:val="5"/>
  </w:num>
  <w:num w:numId="4" w16cid:durableId="1488398914">
    <w:abstractNumId w:val="4"/>
  </w:num>
  <w:num w:numId="5" w16cid:durableId="965349408">
    <w:abstractNumId w:val="7"/>
  </w:num>
  <w:num w:numId="6" w16cid:durableId="141236037">
    <w:abstractNumId w:val="3"/>
  </w:num>
  <w:num w:numId="7" w16cid:durableId="2095542132">
    <w:abstractNumId w:val="2"/>
  </w:num>
  <w:num w:numId="8" w16cid:durableId="802190692">
    <w:abstractNumId w:val="1"/>
  </w:num>
  <w:num w:numId="9" w16cid:durableId="1401633766">
    <w:abstractNumId w:val="0"/>
  </w:num>
  <w:num w:numId="10" w16cid:durableId="821196917">
    <w:abstractNumId w:val="11"/>
  </w:num>
  <w:num w:numId="11" w16cid:durableId="1644888461">
    <w:abstractNumId w:val="9"/>
  </w:num>
  <w:num w:numId="12" w16cid:durableId="1056054685">
    <w:abstractNumId w:val="12"/>
  </w:num>
  <w:num w:numId="13" w16cid:durableId="8407738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D3E18"/>
    <w:rsid w:val="0015074B"/>
    <w:rsid w:val="0029639D"/>
    <w:rsid w:val="00326F90"/>
    <w:rsid w:val="00441928"/>
    <w:rsid w:val="0062346B"/>
    <w:rsid w:val="006A7263"/>
    <w:rsid w:val="006E7371"/>
    <w:rsid w:val="007635E1"/>
    <w:rsid w:val="00830639"/>
    <w:rsid w:val="00831B1C"/>
    <w:rsid w:val="00857E0E"/>
    <w:rsid w:val="00A423F9"/>
    <w:rsid w:val="00A90D8E"/>
    <w:rsid w:val="00AA1D8D"/>
    <w:rsid w:val="00B47730"/>
    <w:rsid w:val="00CB0664"/>
    <w:rsid w:val="00DD062B"/>
    <w:rsid w:val="00EC35E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3A925D"/>
  <w14:defaultImageDpi w14:val="300"/>
  <w15:docId w15:val="{F0D91049-16E0-4F11-8646-E80545F8A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Mangal" w:hAnsi="Mang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शाला सुगम</dc:creator>
  <cp:keywords>www.shalasugam.com</cp:keywords>
  <dc:description>generated by python-docx</dc:description>
  <cp:lastModifiedBy>K. L. SEN MERTA</cp:lastModifiedBy>
  <cp:revision>3</cp:revision>
  <dcterms:created xsi:type="dcterms:W3CDTF">2026-07-31T11:55:00Z</dcterms:created>
  <dcterms:modified xsi:type="dcterms:W3CDTF">2026-07-31T12:00:00Z</dcterms:modified>
  <cp:category/>
</cp:coreProperties>
</file>